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923" w:rsidRDefault="00543FF4">
      <w:r>
        <w:rPr>
          <w:noProof/>
        </w:rPr>
        <w:drawing>
          <wp:anchor distT="0" distB="0" distL="114300" distR="114300" simplePos="0" relativeHeight="251659264" behindDoc="1" locked="0" layoutInCell="1" allowOverlap="1" wp14:anchorId="45392DA2">
            <wp:simplePos x="0" y="0"/>
            <wp:positionH relativeFrom="column">
              <wp:posOffset>1400175</wp:posOffset>
            </wp:positionH>
            <wp:positionV relativeFrom="paragraph">
              <wp:posOffset>-8890</wp:posOffset>
            </wp:positionV>
            <wp:extent cx="2638425" cy="851644"/>
            <wp:effectExtent l="0" t="0" r="0"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851644"/>
                    </a:xfrm>
                    <a:prstGeom prst="rect">
                      <a:avLst/>
                    </a:prstGeom>
                    <a:noFill/>
                  </pic:spPr>
                </pic:pic>
              </a:graphicData>
            </a:graphic>
            <wp14:sizeRelH relativeFrom="page">
              <wp14:pctWidth>0</wp14:pctWidth>
            </wp14:sizeRelH>
            <wp14:sizeRelV relativeFrom="page">
              <wp14:pctHeight>0</wp14:pctHeight>
            </wp14:sizeRelV>
          </wp:anchor>
        </w:drawing>
      </w:r>
      <w:r w:rsidR="00747638">
        <w:br/>
      </w:r>
      <w:r w:rsidR="00747638">
        <w:br/>
      </w:r>
      <w:r w:rsidR="00747638">
        <w:br/>
      </w:r>
    </w:p>
    <w:p w:rsidR="00543FF4" w:rsidRDefault="00543FF4"/>
    <w:p w:rsidR="00543FF4" w:rsidRDefault="00543FF4"/>
    <w:p w:rsidR="00E72923" w:rsidRPr="00BB2776" w:rsidRDefault="00747638">
      <w:pPr>
        <w:pStyle w:val="Titre"/>
        <w:jc w:val="center"/>
        <w:rPr>
          <w:b/>
        </w:rPr>
      </w:pPr>
      <w:r w:rsidRPr="00BB2776">
        <w:rPr>
          <w:b/>
        </w:rPr>
        <w:t xml:space="preserve">Appel à Manifestation </w:t>
      </w:r>
      <w:proofErr w:type="spellStart"/>
      <w:r w:rsidRPr="00BB2776">
        <w:rPr>
          <w:b/>
        </w:rPr>
        <w:t>d’Intérêt</w:t>
      </w:r>
      <w:proofErr w:type="spellEnd"/>
    </w:p>
    <w:p w:rsidR="00070F64" w:rsidRPr="00BB2776" w:rsidRDefault="00070F64" w:rsidP="00070F64">
      <w:pPr>
        <w:jc w:val="center"/>
        <w:rPr>
          <w:rFonts w:asciiTheme="majorHAnsi" w:eastAsiaTheme="majorEastAsia" w:hAnsiTheme="majorHAnsi" w:cstheme="majorBidi"/>
          <w:b/>
          <w:color w:val="17365D" w:themeColor="text2" w:themeShade="BF"/>
          <w:spacing w:val="5"/>
          <w:kern w:val="28"/>
          <w:sz w:val="52"/>
          <w:szCs w:val="52"/>
        </w:rPr>
      </w:pPr>
      <w:r w:rsidRPr="00BB2776">
        <w:rPr>
          <w:rFonts w:asciiTheme="majorHAnsi" w:eastAsiaTheme="majorEastAsia" w:hAnsiTheme="majorHAnsi" w:cstheme="majorBidi"/>
          <w:b/>
          <w:color w:val="17365D" w:themeColor="text2" w:themeShade="BF"/>
          <w:spacing w:val="5"/>
          <w:kern w:val="28"/>
          <w:sz w:val="52"/>
          <w:szCs w:val="52"/>
        </w:rPr>
        <w:t>Dossier de candidature</w:t>
      </w:r>
    </w:p>
    <w:p w:rsidR="00E72923" w:rsidRPr="00BB2776" w:rsidRDefault="00747638">
      <w:pPr>
        <w:pStyle w:val="Sous-titre"/>
        <w:jc w:val="center"/>
        <w:rPr>
          <w:b/>
        </w:rPr>
      </w:pPr>
      <w:r w:rsidRPr="00BB2776">
        <w:rPr>
          <w:b/>
        </w:rPr>
        <w:t xml:space="preserve">Valorisation et mise en tourisme du Château du </w:t>
      </w:r>
      <w:proofErr w:type="spellStart"/>
      <w:r w:rsidRPr="00BB2776">
        <w:rPr>
          <w:b/>
        </w:rPr>
        <w:t>Coudray-Salbart</w:t>
      </w:r>
      <w:proofErr w:type="spellEnd"/>
      <w:r w:rsidRPr="00BB2776">
        <w:rPr>
          <w:b/>
        </w:rPr>
        <w:t xml:space="preserve"> - </w:t>
      </w:r>
      <w:proofErr w:type="spellStart"/>
      <w:r w:rsidRPr="00BB2776">
        <w:rPr>
          <w:b/>
        </w:rPr>
        <w:t>Echiré</w:t>
      </w:r>
      <w:proofErr w:type="spellEnd"/>
    </w:p>
    <w:p w:rsidR="00E72923" w:rsidRDefault="00543FF4">
      <w:r w:rsidRPr="00543FF4">
        <w:rPr>
          <w:noProof/>
        </w:rPr>
        <w:drawing>
          <wp:anchor distT="0" distB="0" distL="114300" distR="114300" simplePos="0" relativeHeight="251657216" behindDoc="1" locked="0" layoutInCell="1" allowOverlap="1" wp14:anchorId="64A86F40" wp14:editId="137FD526">
            <wp:simplePos x="0" y="0"/>
            <wp:positionH relativeFrom="column">
              <wp:posOffset>495300</wp:posOffset>
            </wp:positionH>
            <wp:positionV relativeFrom="paragraph">
              <wp:posOffset>274320</wp:posOffset>
            </wp:positionV>
            <wp:extent cx="4495800" cy="3367405"/>
            <wp:effectExtent l="0" t="0" r="0" b="444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5800" cy="3367405"/>
                    </a:xfrm>
                    <a:prstGeom prst="rect">
                      <a:avLst/>
                    </a:prstGeom>
                  </pic:spPr>
                </pic:pic>
              </a:graphicData>
            </a:graphic>
            <wp14:sizeRelH relativeFrom="margin">
              <wp14:pctWidth>0</wp14:pctWidth>
            </wp14:sizeRelH>
            <wp14:sizeRelV relativeFrom="margin">
              <wp14:pctHeight>0</wp14:pctHeight>
            </wp14:sizeRelV>
          </wp:anchor>
        </w:drawing>
      </w: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543FF4" w:rsidRDefault="00543FF4">
      <w:pPr>
        <w:jc w:val="center"/>
      </w:pPr>
    </w:p>
    <w:p w:rsidR="00070F64" w:rsidRDefault="00070F64">
      <w:pPr>
        <w:jc w:val="center"/>
      </w:pPr>
    </w:p>
    <w:p w:rsidR="00070F64" w:rsidRPr="00BB2776" w:rsidRDefault="00070F64" w:rsidP="00AA7BF6">
      <w:pPr>
        <w:jc w:val="center"/>
        <w:rPr>
          <w:rFonts w:asciiTheme="majorHAnsi" w:eastAsiaTheme="majorEastAsia" w:hAnsiTheme="majorHAnsi" w:cstheme="majorBidi"/>
          <w:b/>
          <w:color w:val="17365D" w:themeColor="text2" w:themeShade="BF"/>
          <w:spacing w:val="5"/>
          <w:kern w:val="28"/>
          <w:sz w:val="32"/>
          <w:szCs w:val="32"/>
        </w:rPr>
      </w:pPr>
      <w:r w:rsidRPr="00BB2776">
        <w:rPr>
          <w:rFonts w:asciiTheme="majorHAnsi" w:eastAsiaTheme="majorEastAsia" w:hAnsiTheme="majorHAnsi" w:cstheme="majorBidi"/>
          <w:b/>
          <w:color w:val="17365D" w:themeColor="text2" w:themeShade="BF"/>
          <w:spacing w:val="5"/>
          <w:kern w:val="28"/>
          <w:sz w:val="32"/>
          <w:szCs w:val="32"/>
        </w:rPr>
        <w:t>NOM DU PORTEUR DE PROJET:</w:t>
      </w:r>
    </w:p>
    <w:p w:rsidR="00AA7BF6" w:rsidRPr="00070F64" w:rsidRDefault="00BB2776" w:rsidP="00AA7BF6">
      <w:pPr>
        <w:jc w:val="center"/>
        <w:rPr>
          <w:rFonts w:asciiTheme="majorHAnsi" w:eastAsiaTheme="majorEastAsia" w:hAnsiTheme="majorHAnsi" w:cstheme="majorBidi"/>
          <w:color w:val="17365D" w:themeColor="text2" w:themeShade="BF"/>
          <w:spacing w:val="5"/>
          <w:kern w:val="28"/>
          <w:sz w:val="40"/>
          <w:szCs w:val="40"/>
        </w:rPr>
      </w:pPr>
      <w:r>
        <w:rPr>
          <w:rFonts w:asciiTheme="majorHAnsi" w:eastAsiaTheme="majorEastAsia" w:hAnsiTheme="majorHAnsi" w:cstheme="majorBidi"/>
          <w:color w:val="17365D" w:themeColor="text2" w:themeShade="BF"/>
          <w:spacing w:val="5"/>
          <w:kern w:val="28"/>
          <w:sz w:val="40"/>
          <w:szCs w:val="40"/>
        </w:rPr>
        <w:t>--------------------------------------------------------------</w:t>
      </w:r>
    </w:p>
    <w:p w:rsidR="00070F64" w:rsidRDefault="00070F64">
      <w:pPr>
        <w:jc w:val="center"/>
      </w:pPr>
    </w:p>
    <w:p w:rsidR="00070F64" w:rsidRPr="008E7DFE" w:rsidRDefault="00070F64" w:rsidP="008E7DFE">
      <w:pPr>
        <w:pStyle w:val="Titre1"/>
        <w:jc w:val="center"/>
        <w:rPr>
          <w:sz w:val="40"/>
        </w:rPr>
      </w:pPr>
      <w:r w:rsidRPr="008E7DFE">
        <w:rPr>
          <w:sz w:val="36"/>
        </w:rPr>
        <w:lastRenderedPageBreak/>
        <w:t xml:space="preserve">Rappel du cadre de </w:t>
      </w:r>
      <w:proofErr w:type="spellStart"/>
      <w:r w:rsidRPr="008E7DFE">
        <w:rPr>
          <w:sz w:val="36"/>
        </w:rPr>
        <w:t>l’</w:t>
      </w:r>
      <w:r w:rsidR="008E7DFE" w:rsidRPr="008E7DFE">
        <w:rPr>
          <w:sz w:val="36"/>
        </w:rPr>
        <w:t>Appel</w:t>
      </w:r>
      <w:proofErr w:type="spellEnd"/>
      <w:r w:rsidR="008E7DFE" w:rsidRPr="008E7DFE">
        <w:rPr>
          <w:sz w:val="36"/>
        </w:rPr>
        <w:t xml:space="preserve"> à Manifestation </w:t>
      </w:r>
      <w:proofErr w:type="spellStart"/>
      <w:r w:rsidR="008E7DFE" w:rsidRPr="008E7DFE">
        <w:rPr>
          <w:sz w:val="36"/>
        </w:rPr>
        <w:t>d’Intérêt</w:t>
      </w:r>
      <w:proofErr w:type="spellEnd"/>
    </w:p>
    <w:p w:rsidR="00E72923" w:rsidRDefault="00747638">
      <w:pPr>
        <w:pStyle w:val="Titre1"/>
      </w:pPr>
      <w:r>
        <w:t>Introduction</w:t>
      </w:r>
    </w:p>
    <w:p w:rsidR="00E72923" w:rsidRPr="00543FF4" w:rsidRDefault="00747638" w:rsidP="00543FF4">
      <w:pPr>
        <w:jc w:val="both"/>
        <w:rPr>
          <w:rFonts w:ascii="Calibri" w:hAnsi="Calibri" w:cs="Calibri"/>
        </w:rPr>
      </w:pPr>
      <w:r w:rsidRPr="00543FF4">
        <w:rPr>
          <w:rFonts w:ascii="Calibri" w:hAnsi="Calibri" w:cs="Calibri"/>
        </w:rPr>
        <w:t>Le Château du Coudray-Salbart, propriété de la Communauté d’Agglomération du Niortais, constitue l’un des joyaux du patrimoine médiéval de la région. Datant du XIIIe siècle et situé à Échiré, ce monument remarquable est reconnu pour son architecture militaire unique et son état de conservation exceptionnel. La volonté de l’Agglomération est aujourd’hui de renforcer la mise en valeur de ce site patrimonial et de le rendre accessible au plus grand nombre, dans le cadre de son schéma de développement touristique.</w:t>
      </w:r>
    </w:p>
    <w:p w:rsidR="00E72923" w:rsidRPr="00543FF4" w:rsidRDefault="00747638" w:rsidP="00543FF4">
      <w:pPr>
        <w:jc w:val="both"/>
        <w:rPr>
          <w:rFonts w:ascii="Calibri" w:hAnsi="Calibri" w:cs="Calibri"/>
        </w:rPr>
      </w:pPr>
      <w:r w:rsidRPr="00543FF4">
        <w:rPr>
          <w:rFonts w:ascii="Calibri" w:hAnsi="Calibri" w:cs="Calibri"/>
        </w:rPr>
        <w:t>Dans ce contexte, la Communauté d’Agglomération du Niortais lance un Appel à Manifestation d’Intérêt (AMI) afin d’identifier un opérateur économique capable de porter un projet global de valorisation et d’animation du site, en autonomie de fonctionnement.</w:t>
      </w:r>
    </w:p>
    <w:p w:rsidR="00E72923" w:rsidRDefault="00747638">
      <w:pPr>
        <w:pStyle w:val="Titre1"/>
      </w:pPr>
      <w:r>
        <w:t>Objet de l’AMI</w:t>
      </w:r>
    </w:p>
    <w:p w:rsidR="00E72923" w:rsidRPr="00543FF4" w:rsidRDefault="00747638" w:rsidP="004E2AF4">
      <w:pPr>
        <w:spacing w:after="120"/>
        <w:jc w:val="both"/>
        <w:rPr>
          <w:rFonts w:asciiTheme="majorHAnsi" w:hAnsiTheme="majorHAnsi" w:cstheme="majorHAnsi"/>
          <w:lang w:val="fr-FR"/>
        </w:rPr>
      </w:pPr>
      <w:r w:rsidRPr="00543FF4">
        <w:rPr>
          <w:rFonts w:asciiTheme="majorHAnsi" w:hAnsiTheme="majorHAnsi" w:cstheme="majorHAnsi"/>
          <w:lang w:val="fr-FR"/>
        </w:rPr>
        <w:t>L’AMI vise à sélectionner un porteur de projet en capacité de proposer une solution de valorisation du site, notamment par :</w:t>
      </w:r>
    </w:p>
    <w:p w:rsidR="00E72923" w:rsidRPr="00543FF4" w:rsidRDefault="00747638" w:rsidP="004E2AF4">
      <w:pPr>
        <w:spacing w:after="120"/>
        <w:ind w:left="284" w:hanging="284"/>
        <w:jc w:val="both"/>
        <w:rPr>
          <w:rFonts w:asciiTheme="majorHAnsi" w:hAnsiTheme="majorHAnsi" w:cstheme="majorHAnsi"/>
          <w:lang w:val="fr-FR"/>
        </w:rPr>
      </w:pPr>
      <w:r w:rsidRPr="00543FF4">
        <w:rPr>
          <w:rFonts w:asciiTheme="majorHAnsi" w:hAnsiTheme="majorHAnsi" w:cstheme="majorHAnsi"/>
          <w:lang w:val="fr-FR"/>
        </w:rPr>
        <w:t>• L’accueil des visiteurs (touristes, scolaires, groupes, experts) et la gestion d’un espace d’accueil / boutique / billetterie.</w:t>
      </w:r>
    </w:p>
    <w:p w:rsidR="00E72923" w:rsidRPr="00543FF4" w:rsidRDefault="00747638" w:rsidP="004E2AF4">
      <w:pPr>
        <w:spacing w:after="120"/>
        <w:ind w:left="284" w:hanging="284"/>
        <w:jc w:val="both"/>
        <w:rPr>
          <w:rFonts w:asciiTheme="majorHAnsi" w:hAnsiTheme="majorHAnsi" w:cstheme="majorHAnsi"/>
          <w:lang w:val="fr-FR"/>
        </w:rPr>
      </w:pPr>
      <w:r w:rsidRPr="00543FF4">
        <w:rPr>
          <w:rFonts w:asciiTheme="majorHAnsi" w:hAnsiTheme="majorHAnsi" w:cstheme="majorHAnsi"/>
          <w:lang w:val="fr-FR"/>
        </w:rPr>
        <w:t>• Le développement d’un programme d’animations en lien avec l’histoire du lieu et adapté aux différents publics.</w:t>
      </w:r>
    </w:p>
    <w:p w:rsidR="00E72923" w:rsidRPr="00543FF4" w:rsidRDefault="00747638" w:rsidP="004E2AF4">
      <w:pPr>
        <w:spacing w:after="120"/>
        <w:ind w:left="284" w:hanging="284"/>
        <w:jc w:val="both"/>
        <w:rPr>
          <w:rFonts w:asciiTheme="majorHAnsi" w:hAnsiTheme="majorHAnsi" w:cstheme="majorHAnsi"/>
          <w:lang w:val="fr-FR"/>
        </w:rPr>
      </w:pPr>
      <w:r w:rsidRPr="00543FF4">
        <w:rPr>
          <w:rFonts w:asciiTheme="majorHAnsi" w:hAnsiTheme="majorHAnsi" w:cstheme="majorHAnsi"/>
          <w:lang w:val="fr-FR"/>
        </w:rPr>
        <w:t>• La valorisation du site à travers une communication ciblée et cohérente avec la stratégie touristique du territoire.</w:t>
      </w:r>
    </w:p>
    <w:p w:rsidR="00E72923" w:rsidRPr="00543FF4" w:rsidRDefault="00747638" w:rsidP="004E2AF4">
      <w:pPr>
        <w:spacing w:after="120"/>
        <w:jc w:val="both"/>
        <w:rPr>
          <w:rFonts w:asciiTheme="majorHAnsi" w:hAnsiTheme="majorHAnsi" w:cstheme="majorHAnsi"/>
          <w:lang w:val="fr-FR"/>
        </w:rPr>
      </w:pPr>
      <w:r w:rsidRPr="00543FF4">
        <w:rPr>
          <w:rFonts w:asciiTheme="majorHAnsi" w:hAnsiTheme="majorHAnsi" w:cstheme="majorHAnsi"/>
          <w:lang w:val="fr-FR"/>
        </w:rPr>
        <w:t>• L’entretien courant et les petits travaux de valorisation.</w:t>
      </w:r>
    </w:p>
    <w:p w:rsidR="00E72923" w:rsidRPr="00543FF4" w:rsidRDefault="00747638" w:rsidP="004E2AF4">
      <w:pPr>
        <w:spacing w:after="120"/>
        <w:jc w:val="both"/>
        <w:rPr>
          <w:rFonts w:asciiTheme="majorHAnsi" w:hAnsiTheme="majorHAnsi" w:cstheme="majorHAnsi"/>
          <w:lang w:val="fr-FR"/>
        </w:rPr>
      </w:pPr>
      <w:r w:rsidRPr="00543FF4">
        <w:rPr>
          <w:rFonts w:asciiTheme="majorHAnsi" w:hAnsiTheme="majorHAnsi" w:cstheme="majorHAnsi"/>
          <w:lang w:val="fr-FR"/>
        </w:rPr>
        <w:t>• Éventuellement, la mise en place d’un débit de boissons ou d’une offre de petite restauration.</w:t>
      </w:r>
    </w:p>
    <w:p w:rsidR="00E72923" w:rsidRDefault="00747638">
      <w:pPr>
        <w:pStyle w:val="Titre1"/>
      </w:pPr>
      <w:r>
        <w:t>Contenu du dossier de candidature</w:t>
      </w:r>
    </w:p>
    <w:p w:rsidR="004E2AF4" w:rsidRDefault="00D03F77" w:rsidP="00D03F77">
      <w:r>
        <w:t xml:space="preserve">Pour </w:t>
      </w:r>
      <w:proofErr w:type="spellStart"/>
      <w:r>
        <w:t>candidater</w:t>
      </w:r>
      <w:proofErr w:type="spellEnd"/>
      <w:r>
        <w:t xml:space="preserve">, merci de bien </w:t>
      </w:r>
      <w:proofErr w:type="spellStart"/>
      <w:proofErr w:type="gramStart"/>
      <w:r>
        <w:t>vouloir</w:t>
      </w:r>
      <w:proofErr w:type="spellEnd"/>
      <w:r>
        <w:t xml:space="preserve"> </w:t>
      </w:r>
      <w:r w:rsidR="004E2AF4">
        <w:t>:</w:t>
      </w:r>
      <w:proofErr w:type="gramEnd"/>
    </w:p>
    <w:p w:rsidR="00D03F77" w:rsidRPr="00D03F77" w:rsidRDefault="004E2AF4" w:rsidP="004E2AF4">
      <w:pPr>
        <w:spacing w:after="120"/>
      </w:pPr>
      <w:r>
        <w:t xml:space="preserve">1. </w:t>
      </w:r>
      <w:proofErr w:type="spellStart"/>
      <w:r>
        <w:t>R</w:t>
      </w:r>
      <w:r w:rsidR="00D03F77">
        <w:t>emplir</w:t>
      </w:r>
      <w:proofErr w:type="spellEnd"/>
      <w:r w:rsidR="00D03F77">
        <w:t xml:space="preserve"> le </w:t>
      </w:r>
      <w:proofErr w:type="spellStart"/>
      <w:r w:rsidR="00D03F77">
        <w:t>formulaire</w:t>
      </w:r>
      <w:proofErr w:type="spellEnd"/>
      <w:r w:rsidR="00D03F77">
        <w:t xml:space="preserve"> ci </w:t>
      </w:r>
      <w:r>
        <w:t xml:space="preserve">après en </w:t>
      </w:r>
      <w:proofErr w:type="spellStart"/>
      <w:r>
        <w:t>détaillant</w:t>
      </w:r>
      <w:proofErr w:type="spellEnd"/>
      <w:r>
        <w:t xml:space="preserve"> les </w:t>
      </w:r>
      <w:proofErr w:type="spellStart"/>
      <w:r>
        <w:t>différentes</w:t>
      </w:r>
      <w:proofErr w:type="spellEnd"/>
      <w:r>
        <w:t xml:space="preserve"> </w:t>
      </w:r>
      <w:proofErr w:type="gramStart"/>
      <w:r>
        <w:t>parties :</w:t>
      </w:r>
      <w:proofErr w:type="gramEnd"/>
    </w:p>
    <w:p w:rsidR="00E72923" w:rsidRPr="00543FF4" w:rsidRDefault="004E2AF4" w:rsidP="004E2AF4">
      <w:pPr>
        <w:spacing w:after="120"/>
        <w:ind w:left="567"/>
        <w:jc w:val="both"/>
        <w:rPr>
          <w:rFonts w:ascii="Calibri" w:hAnsi="Calibri" w:cs="Calibri"/>
          <w:lang w:val="fr-FR"/>
        </w:rPr>
      </w:pPr>
      <w:r>
        <w:rPr>
          <w:rFonts w:ascii="Calibri" w:hAnsi="Calibri" w:cs="Calibri"/>
          <w:lang w:val="fr-FR"/>
        </w:rPr>
        <w:t xml:space="preserve">. </w:t>
      </w:r>
      <w:r w:rsidR="00747638" w:rsidRPr="00543FF4">
        <w:rPr>
          <w:rFonts w:ascii="Calibri" w:hAnsi="Calibri" w:cs="Calibri"/>
          <w:lang w:val="fr-FR"/>
        </w:rPr>
        <w:t xml:space="preserve">Présentation du candidat et des </w:t>
      </w:r>
      <w:r>
        <w:rPr>
          <w:rFonts w:ascii="Calibri" w:hAnsi="Calibri" w:cs="Calibri"/>
          <w:lang w:val="fr-FR"/>
        </w:rPr>
        <w:t>effectifs</w:t>
      </w:r>
      <w:r w:rsidR="00747638" w:rsidRPr="00543FF4">
        <w:rPr>
          <w:rFonts w:ascii="Calibri" w:hAnsi="Calibri" w:cs="Calibri"/>
          <w:lang w:val="fr-FR"/>
        </w:rPr>
        <w:t xml:space="preserve"> mobilisés (qualifications et expériences en valorisation patrimoniale).</w:t>
      </w:r>
    </w:p>
    <w:p w:rsidR="00E72923" w:rsidRPr="00543FF4" w:rsidRDefault="004E2AF4" w:rsidP="004E2AF4">
      <w:pPr>
        <w:spacing w:after="120"/>
        <w:ind w:left="567"/>
        <w:jc w:val="both"/>
        <w:rPr>
          <w:rFonts w:ascii="Calibri" w:hAnsi="Calibri" w:cs="Calibri"/>
        </w:rPr>
      </w:pPr>
      <w:r>
        <w:rPr>
          <w:rFonts w:ascii="Calibri" w:hAnsi="Calibri" w:cs="Calibri"/>
        </w:rPr>
        <w:t xml:space="preserve">. </w:t>
      </w:r>
      <w:proofErr w:type="spellStart"/>
      <w:r w:rsidR="00747638" w:rsidRPr="00543FF4">
        <w:rPr>
          <w:rFonts w:ascii="Calibri" w:hAnsi="Calibri" w:cs="Calibri"/>
        </w:rPr>
        <w:t>Présentation</w:t>
      </w:r>
      <w:proofErr w:type="spellEnd"/>
      <w:r w:rsidR="00747638" w:rsidRPr="00543FF4">
        <w:rPr>
          <w:rFonts w:ascii="Calibri" w:hAnsi="Calibri" w:cs="Calibri"/>
        </w:rPr>
        <w:t xml:space="preserve"> du </w:t>
      </w:r>
      <w:proofErr w:type="spellStart"/>
      <w:r w:rsidR="00747638" w:rsidRPr="00543FF4">
        <w:rPr>
          <w:rFonts w:ascii="Calibri" w:hAnsi="Calibri" w:cs="Calibri"/>
        </w:rPr>
        <w:t>projet</w:t>
      </w:r>
      <w:proofErr w:type="spellEnd"/>
      <w:r w:rsidR="00747638" w:rsidRPr="00543FF4">
        <w:rPr>
          <w:rFonts w:ascii="Calibri" w:hAnsi="Calibri" w:cs="Calibri"/>
        </w:rPr>
        <w:t xml:space="preserve"> de valorisation et d’accueil des visiteurs (cf. éléments ci-avant).</w:t>
      </w:r>
    </w:p>
    <w:p w:rsidR="00E72923" w:rsidRDefault="004E2AF4" w:rsidP="004E2AF4">
      <w:pPr>
        <w:spacing w:after="120"/>
        <w:ind w:left="567"/>
        <w:jc w:val="both"/>
        <w:rPr>
          <w:rFonts w:ascii="Calibri" w:hAnsi="Calibri" w:cs="Calibri"/>
        </w:rPr>
      </w:pPr>
      <w:r>
        <w:rPr>
          <w:rFonts w:ascii="Calibri" w:hAnsi="Calibri" w:cs="Calibri"/>
        </w:rPr>
        <w:t xml:space="preserve">. </w:t>
      </w:r>
      <w:proofErr w:type="spellStart"/>
      <w:r w:rsidR="00747638" w:rsidRPr="00543FF4">
        <w:rPr>
          <w:rFonts w:ascii="Calibri" w:hAnsi="Calibri" w:cs="Calibri"/>
        </w:rPr>
        <w:t>Présentation</w:t>
      </w:r>
      <w:proofErr w:type="spellEnd"/>
      <w:r w:rsidR="00747638" w:rsidRPr="00543FF4">
        <w:rPr>
          <w:rFonts w:ascii="Calibri" w:hAnsi="Calibri" w:cs="Calibri"/>
        </w:rPr>
        <w:t xml:space="preserve"> </w:t>
      </w:r>
      <w:r w:rsidR="00D03F77">
        <w:rPr>
          <w:rFonts w:ascii="Calibri" w:hAnsi="Calibri" w:cs="Calibri"/>
        </w:rPr>
        <w:t>de</w:t>
      </w:r>
      <w:r>
        <w:rPr>
          <w:rFonts w:ascii="Calibri" w:hAnsi="Calibri" w:cs="Calibri"/>
        </w:rPr>
        <w:t xml:space="preserve">s </w:t>
      </w:r>
      <w:proofErr w:type="spellStart"/>
      <w:r>
        <w:rPr>
          <w:rFonts w:ascii="Calibri" w:hAnsi="Calibri" w:cs="Calibri"/>
        </w:rPr>
        <w:t>moyens</w:t>
      </w:r>
      <w:proofErr w:type="spellEnd"/>
      <w:r>
        <w:rPr>
          <w:rFonts w:ascii="Calibri" w:hAnsi="Calibri" w:cs="Calibri"/>
        </w:rPr>
        <w:t xml:space="preserve"> </w:t>
      </w:r>
      <w:proofErr w:type="spellStart"/>
      <w:r>
        <w:rPr>
          <w:rFonts w:ascii="Calibri" w:hAnsi="Calibri" w:cs="Calibri"/>
        </w:rPr>
        <w:t>humains</w:t>
      </w:r>
      <w:proofErr w:type="spellEnd"/>
      <w:r>
        <w:rPr>
          <w:rFonts w:ascii="Calibri" w:hAnsi="Calibri" w:cs="Calibri"/>
        </w:rPr>
        <w:t xml:space="preserve"> et de</w:t>
      </w:r>
      <w:r w:rsidR="00D03F77">
        <w:rPr>
          <w:rFonts w:ascii="Calibri" w:hAnsi="Calibri" w:cs="Calibri"/>
        </w:rPr>
        <w:t xml:space="preserve"> </w:t>
      </w:r>
      <w:proofErr w:type="spellStart"/>
      <w:r w:rsidR="00D03F77">
        <w:rPr>
          <w:rFonts w:ascii="Calibri" w:hAnsi="Calibri" w:cs="Calibri"/>
        </w:rPr>
        <w:t>l’or</w:t>
      </w:r>
      <w:r w:rsidR="00747638" w:rsidRPr="00543FF4">
        <w:rPr>
          <w:rFonts w:ascii="Calibri" w:hAnsi="Calibri" w:cs="Calibri"/>
        </w:rPr>
        <w:t>ganisation</w:t>
      </w:r>
      <w:proofErr w:type="spellEnd"/>
      <w:r w:rsidR="00D03F77">
        <w:rPr>
          <w:rFonts w:ascii="Calibri" w:hAnsi="Calibri" w:cs="Calibri"/>
        </w:rPr>
        <w:t xml:space="preserve"> </w:t>
      </w:r>
      <w:proofErr w:type="spellStart"/>
      <w:r w:rsidR="00D03F77">
        <w:rPr>
          <w:rFonts w:ascii="Calibri" w:hAnsi="Calibri" w:cs="Calibri"/>
        </w:rPr>
        <w:t>envisagée</w:t>
      </w:r>
      <w:proofErr w:type="spellEnd"/>
      <w:r w:rsidR="00747638" w:rsidRPr="00543FF4">
        <w:rPr>
          <w:rFonts w:ascii="Calibri" w:hAnsi="Calibri" w:cs="Calibri"/>
        </w:rPr>
        <w:t>.</w:t>
      </w:r>
    </w:p>
    <w:p w:rsidR="00D03F77" w:rsidRDefault="004E2AF4" w:rsidP="004E2AF4">
      <w:pPr>
        <w:spacing w:before="200"/>
        <w:jc w:val="both"/>
        <w:rPr>
          <w:rFonts w:ascii="Calibri" w:hAnsi="Calibri" w:cs="Calibri"/>
        </w:rPr>
      </w:pPr>
      <w:r>
        <w:rPr>
          <w:rFonts w:ascii="Calibri" w:hAnsi="Calibri" w:cs="Calibri"/>
        </w:rPr>
        <w:t xml:space="preserve">2. </w:t>
      </w:r>
      <w:r w:rsidR="00D03F77">
        <w:rPr>
          <w:rFonts w:ascii="Calibri" w:hAnsi="Calibri" w:cs="Calibri"/>
        </w:rPr>
        <w:t xml:space="preserve">Et </w:t>
      </w:r>
      <w:proofErr w:type="spellStart"/>
      <w:r w:rsidR="00D03F77">
        <w:rPr>
          <w:rFonts w:ascii="Calibri" w:hAnsi="Calibri" w:cs="Calibri"/>
        </w:rPr>
        <w:t>joind</w:t>
      </w:r>
      <w:r>
        <w:rPr>
          <w:rFonts w:ascii="Calibri" w:hAnsi="Calibri" w:cs="Calibri"/>
        </w:rPr>
        <w:t>re</w:t>
      </w:r>
      <w:proofErr w:type="spellEnd"/>
      <w:r w:rsidR="00D03F77">
        <w:rPr>
          <w:rFonts w:ascii="Calibri" w:hAnsi="Calibri" w:cs="Calibri"/>
        </w:rPr>
        <w:t xml:space="preserve">: un courier de candidature </w:t>
      </w:r>
      <w:proofErr w:type="spellStart"/>
      <w:r w:rsidR="00D03F77">
        <w:rPr>
          <w:rFonts w:ascii="Calibri" w:hAnsi="Calibri" w:cs="Calibri"/>
        </w:rPr>
        <w:t>ainsi</w:t>
      </w:r>
      <w:proofErr w:type="spellEnd"/>
      <w:r w:rsidR="00D03F77">
        <w:rPr>
          <w:rFonts w:ascii="Calibri" w:hAnsi="Calibri" w:cs="Calibri"/>
        </w:rPr>
        <w:t xml:space="preserve"> que les </w:t>
      </w:r>
      <w:proofErr w:type="spellStart"/>
      <w:r w:rsidR="00D03F77">
        <w:rPr>
          <w:rFonts w:ascii="Calibri" w:hAnsi="Calibri" w:cs="Calibri"/>
        </w:rPr>
        <w:t>statuts</w:t>
      </w:r>
      <w:proofErr w:type="spellEnd"/>
      <w:r w:rsidR="00D03F77">
        <w:rPr>
          <w:rFonts w:ascii="Calibri" w:hAnsi="Calibri" w:cs="Calibri"/>
        </w:rPr>
        <w:t xml:space="preserve"> de la structure </w:t>
      </w:r>
      <w:proofErr w:type="spellStart"/>
      <w:r w:rsidR="00D03F77">
        <w:rPr>
          <w:rFonts w:ascii="Calibri" w:hAnsi="Calibri" w:cs="Calibri"/>
        </w:rPr>
        <w:t>porteuse</w:t>
      </w:r>
      <w:proofErr w:type="spellEnd"/>
      <w:r w:rsidR="00D03F77">
        <w:rPr>
          <w:rFonts w:ascii="Calibri" w:hAnsi="Calibri" w:cs="Calibri"/>
        </w:rPr>
        <w:t>.</w:t>
      </w:r>
    </w:p>
    <w:p w:rsidR="00E72923" w:rsidRPr="008E7DFE" w:rsidRDefault="00747638" w:rsidP="00D03F77">
      <w:pPr>
        <w:pStyle w:val="Titre1"/>
        <w:jc w:val="center"/>
        <w:rPr>
          <w:sz w:val="36"/>
        </w:rPr>
      </w:pPr>
      <w:proofErr w:type="spellStart"/>
      <w:r w:rsidRPr="008E7DFE">
        <w:rPr>
          <w:sz w:val="36"/>
        </w:rPr>
        <w:lastRenderedPageBreak/>
        <w:t>Formulaire</w:t>
      </w:r>
      <w:proofErr w:type="spellEnd"/>
      <w:r w:rsidRPr="008E7DFE">
        <w:rPr>
          <w:sz w:val="36"/>
        </w:rPr>
        <w:t xml:space="preserve"> de</w:t>
      </w:r>
      <w:bookmarkStart w:id="0" w:name="_GoBack"/>
      <w:bookmarkEnd w:id="0"/>
      <w:r w:rsidRPr="008E7DFE">
        <w:rPr>
          <w:sz w:val="36"/>
        </w:rPr>
        <w:t xml:space="preserve"> </w:t>
      </w:r>
      <w:proofErr w:type="spellStart"/>
      <w:r w:rsidRPr="008E7DFE">
        <w:rPr>
          <w:sz w:val="36"/>
        </w:rPr>
        <w:t>réponse</w:t>
      </w:r>
      <w:proofErr w:type="spellEnd"/>
      <w:r w:rsidR="00070F64" w:rsidRPr="008E7DFE">
        <w:rPr>
          <w:sz w:val="36"/>
        </w:rPr>
        <w:t xml:space="preserve"> </w:t>
      </w:r>
    </w:p>
    <w:p w:rsidR="00543FF4" w:rsidRPr="00543FF4" w:rsidRDefault="00543FF4">
      <w:pPr>
        <w:rPr>
          <w:rFonts w:ascii="Calibri" w:hAnsi="Calibri" w:cs="Calibri"/>
          <w:lang w:val="fr-FR"/>
        </w:rPr>
      </w:pPr>
    </w:p>
    <w:p w:rsidR="00E72923" w:rsidRPr="00AA7BF6" w:rsidRDefault="00747638">
      <w:pPr>
        <w:rPr>
          <w:rFonts w:ascii="Calibri" w:hAnsi="Calibri" w:cs="Calibri"/>
          <w:b/>
          <w:sz w:val="28"/>
          <w:szCs w:val="28"/>
          <w:lang w:val="fr-FR"/>
        </w:rPr>
      </w:pPr>
      <w:r w:rsidRPr="00AA7BF6">
        <w:rPr>
          <w:rFonts w:ascii="Calibri" w:hAnsi="Calibri" w:cs="Calibri"/>
          <w:b/>
          <w:sz w:val="28"/>
          <w:szCs w:val="28"/>
          <w:lang w:val="fr-FR"/>
        </w:rPr>
        <w:t>1. Présentation du candidat</w:t>
      </w:r>
    </w:p>
    <w:p w:rsidR="00543FF4" w:rsidRPr="008E7DFE" w:rsidRDefault="00747638" w:rsidP="008E7DFE">
      <w:pPr>
        <w:pStyle w:val="Paragraphedeliste"/>
        <w:numPr>
          <w:ilvl w:val="0"/>
          <w:numId w:val="14"/>
        </w:numPr>
        <w:rPr>
          <w:rFonts w:ascii="Calibri" w:hAnsi="Calibri" w:cs="Calibri"/>
          <w:sz w:val="24"/>
          <w:szCs w:val="24"/>
          <w:lang w:val="fr-FR"/>
        </w:rPr>
      </w:pPr>
      <w:r w:rsidRPr="008E7DFE">
        <w:rPr>
          <w:rFonts w:ascii="Calibri" w:hAnsi="Calibri" w:cs="Calibri"/>
          <w:sz w:val="24"/>
          <w:szCs w:val="24"/>
          <w:lang w:val="fr-FR"/>
        </w:rPr>
        <w:t>Nom / Dénomination :</w:t>
      </w:r>
    </w:p>
    <w:p w:rsidR="00070F64" w:rsidRPr="00AA7BF6" w:rsidRDefault="00070F64" w:rsidP="00543FF4">
      <w:pPr>
        <w:ind w:left="567"/>
        <w:rPr>
          <w:rFonts w:ascii="Calibri" w:hAnsi="Calibri" w:cs="Calibri"/>
          <w:sz w:val="24"/>
          <w:szCs w:val="24"/>
          <w:lang w:val="fr-FR"/>
        </w:rPr>
      </w:pPr>
    </w:p>
    <w:p w:rsidR="00543FF4" w:rsidRPr="008E7DFE" w:rsidRDefault="00747638" w:rsidP="008E7DFE">
      <w:pPr>
        <w:pStyle w:val="Paragraphedeliste"/>
        <w:numPr>
          <w:ilvl w:val="0"/>
          <w:numId w:val="14"/>
        </w:numPr>
        <w:rPr>
          <w:rFonts w:ascii="Calibri" w:hAnsi="Calibri" w:cs="Calibri"/>
          <w:sz w:val="24"/>
          <w:szCs w:val="24"/>
          <w:lang w:val="fr-FR"/>
        </w:rPr>
      </w:pPr>
      <w:r w:rsidRPr="008E7DFE">
        <w:rPr>
          <w:rFonts w:ascii="Calibri" w:hAnsi="Calibri" w:cs="Calibri"/>
          <w:sz w:val="24"/>
          <w:szCs w:val="24"/>
          <w:lang w:val="fr-FR"/>
        </w:rPr>
        <w:t>Forme juridique :</w:t>
      </w:r>
    </w:p>
    <w:p w:rsidR="00070F64" w:rsidRPr="00AA7BF6" w:rsidRDefault="00070F64" w:rsidP="00543FF4">
      <w:pPr>
        <w:ind w:left="567"/>
        <w:rPr>
          <w:rFonts w:ascii="Calibri" w:hAnsi="Calibri" w:cs="Calibri"/>
          <w:sz w:val="24"/>
          <w:szCs w:val="24"/>
          <w:lang w:val="fr-FR"/>
        </w:rPr>
      </w:pPr>
    </w:p>
    <w:p w:rsidR="00543FF4" w:rsidRPr="008E7DFE" w:rsidRDefault="00747638" w:rsidP="008E7DFE">
      <w:pPr>
        <w:pStyle w:val="Paragraphedeliste"/>
        <w:numPr>
          <w:ilvl w:val="0"/>
          <w:numId w:val="14"/>
        </w:numPr>
        <w:rPr>
          <w:rFonts w:ascii="Calibri" w:hAnsi="Calibri" w:cs="Calibri"/>
          <w:sz w:val="24"/>
          <w:szCs w:val="24"/>
          <w:lang w:val="fr-FR"/>
        </w:rPr>
      </w:pPr>
      <w:r w:rsidRPr="008E7DFE">
        <w:rPr>
          <w:rFonts w:ascii="Calibri" w:hAnsi="Calibri" w:cs="Calibri"/>
          <w:sz w:val="24"/>
          <w:szCs w:val="24"/>
          <w:lang w:val="fr-FR"/>
        </w:rPr>
        <w:t>Adresse :</w:t>
      </w:r>
    </w:p>
    <w:p w:rsidR="00070F64" w:rsidRPr="00AA7BF6" w:rsidRDefault="00070F64" w:rsidP="00543FF4">
      <w:pPr>
        <w:ind w:left="567"/>
        <w:rPr>
          <w:rFonts w:ascii="Calibri" w:hAnsi="Calibri" w:cs="Calibri"/>
          <w:sz w:val="24"/>
          <w:szCs w:val="24"/>
          <w:lang w:val="fr-FR"/>
        </w:rPr>
      </w:pPr>
    </w:p>
    <w:p w:rsidR="00543FF4" w:rsidRPr="008E7DFE" w:rsidRDefault="00747638" w:rsidP="008E7DFE">
      <w:pPr>
        <w:pStyle w:val="Paragraphedeliste"/>
        <w:numPr>
          <w:ilvl w:val="0"/>
          <w:numId w:val="14"/>
        </w:numPr>
        <w:rPr>
          <w:rFonts w:ascii="Calibri" w:hAnsi="Calibri" w:cs="Calibri"/>
          <w:sz w:val="24"/>
          <w:szCs w:val="24"/>
          <w:lang w:val="fr-FR"/>
        </w:rPr>
      </w:pPr>
      <w:r w:rsidRPr="008E7DFE">
        <w:rPr>
          <w:rFonts w:ascii="Calibri" w:hAnsi="Calibri" w:cs="Calibri"/>
          <w:sz w:val="24"/>
          <w:szCs w:val="24"/>
          <w:lang w:val="fr-FR"/>
        </w:rPr>
        <w:t>Représentant légal :</w:t>
      </w:r>
    </w:p>
    <w:p w:rsidR="00070F64" w:rsidRPr="00AA7BF6" w:rsidRDefault="00070F64" w:rsidP="00543FF4">
      <w:pPr>
        <w:ind w:left="567"/>
        <w:rPr>
          <w:rFonts w:ascii="Calibri" w:hAnsi="Calibri" w:cs="Calibri"/>
          <w:sz w:val="24"/>
          <w:szCs w:val="24"/>
          <w:lang w:val="fr-FR"/>
        </w:rPr>
      </w:pPr>
    </w:p>
    <w:p w:rsidR="00543FF4" w:rsidRPr="008E7DFE" w:rsidRDefault="00747638" w:rsidP="008E7DFE">
      <w:pPr>
        <w:pStyle w:val="Paragraphedeliste"/>
        <w:numPr>
          <w:ilvl w:val="0"/>
          <w:numId w:val="14"/>
        </w:numPr>
        <w:rPr>
          <w:rFonts w:ascii="Calibri" w:hAnsi="Calibri" w:cs="Calibri"/>
          <w:sz w:val="24"/>
          <w:szCs w:val="24"/>
          <w:lang w:val="fr-FR"/>
        </w:rPr>
      </w:pPr>
      <w:r w:rsidRPr="008E7DFE">
        <w:rPr>
          <w:rFonts w:ascii="Calibri" w:hAnsi="Calibri" w:cs="Calibri"/>
          <w:sz w:val="24"/>
          <w:szCs w:val="24"/>
          <w:lang w:val="fr-FR"/>
        </w:rPr>
        <w:t>Coordonnées (tél. / mail) :</w:t>
      </w:r>
    </w:p>
    <w:p w:rsidR="00070F64" w:rsidRPr="00AA7BF6" w:rsidRDefault="00070F64" w:rsidP="00543FF4">
      <w:pPr>
        <w:ind w:left="567"/>
        <w:rPr>
          <w:rFonts w:ascii="Calibri" w:hAnsi="Calibri" w:cs="Calibri"/>
          <w:sz w:val="24"/>
          <w:szCs w:val="24"/>
          <w:lang w:val="fr-FR"/>
        </w:rPr>
      </w:pPr>
    </w:p>
    <w:p w:rsidR="00543FF4" w:rsidRPr="008E7DFE" w:rsidRDefault="00747638" w:rsidP="008E7DFE">
      <w:pPr>
        <w:pStyle w:val="Paragraphedeliste"/>
        <w:numPr>
          <w:ilvl w:val="0"/>
          <w:numId w:val="14"/>
        </w:numPr>
        <w:rPr>
          <w:rFonts w:ascii="Calibri" w:hAnsi="Calibri" w:cs="Calibri"/>
          <w:sz w:val="24"/>
          <w:szCs w:val="24"/>
          <w:lang w:val="fr-FR"/>
        </w:rPr>
      </w:pPr>
      <w:r w:rsidRPr="008E7DFE">
        <w:rPr>
          <w:rFonts w:ascii="Calibri" w:hAnsi="Calibri" w:cs="Calibri"/>
          <w:sz w:val="24"/>
          <w:szCs w:val="24"/>
          <w:lang w:val="fr-FR"/>
        </w:rPr>
        <w:t>Effectifs et compétences mobilisés :</w:t>
      </w:r>
    </w:p>
    <w:p w:rsidR="00070F64" w:rsidRPr="00AA7BF6" w:rsidRDefault="00070F64" w:rsidP="00543FF4">
      <w:pPr>
        <w:ind w:left="567"/>
        <w:rPr>
          <w:rFonts w:ascii="Calibri" w:hAnsi="Calibri" w:cs="Calibri"/>
          <w:sz w:val="24"/>
          <w:szCs w:val="24"/>
          <w:lang w:val="fr-FR"/>
        </w:rPr>
      </w:pPr>
    </w:p>
    <w:p w:rsidR="00E72923" w:rsidRPr="008E7DFE" w:rsidRDefault="00747638" w:rsidP="008E7DFE">
      <w:pPr>
        <w:pStyle w:val="Paragraphedeliste"/>
        <w:numPr>
          <w:ilvl w:val="0"/>
          <w:numId w:val="14"/>
        </w:numPr>
        <w:rPr>
          <w:rFonts w:ascii="Calibri" w:hAnsi="Calibri" w:cs="Calibri"/>
          <w:sz w:val="24"/>
          <w:szCs w:val="24"/>
          <w:lang w:val="fr-FR"/>
        </w:rPr>
      </w:pPr>
      <w:r w:rsidRPr="008E7DFE">
        <w:rPr>
          <w:rFonts w:ascii="Calibri" w:hAnsi="Calibri" w:cs="Calibri"/>
          <w:sz w:val="24"/>
          <w:szCs w:val="24"/>
          <w:lang w:val="fr-FR"/>
        </w:rPr>
        <w:t>Références / expériences :</w:t>
      </w: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Pr="00543FF4" w:rsidRDefault="00070F64" w:rsidP="00543FF4">
      <w:pPr>
        <w:ind w:left="567"/>
        <w:rPr>
          <w:rFonts w:ascii="Calibri" w:hAnsi="Calibri" w:cs="Calibri"/>
          <w:lang w:val="fr-FR"/>
        </w:rPr>
      </w:pPr>
    </w:p>
    <w:p w:rsidR="00070F64" w:rsidRDefault="00070F64">
      <w:pPr>
        <w:rPr>
          <w:rFonts w:ascii="Calibri" w:hAnsi="Calibri" w:cs="Calibri"/>
          <w:lang w:val="fr-FR"/>
        </w:rPr>
      </w:pPr>
      <w:r>
        <w:rPr>
          <w:rFonts w:ascii="Calibri" w:hAnsi="Calibri" w:cs="Calibri"/>
          <w:lang w:val="fr-FR"/>
        </w:rPr>
        <w:br w:type="page"/>
      </w:r>
    </w:p>
    <w:p w:rsidR="00E72923" w:rsidRPr="00AA7BF6" w:rsidRDefault="00747638">
      <w:pPr>
        <w:rPr>
          <w:rFonts w:ascii="Calibri" w:hAnsi="Calibri" w:cs="Calibri"/>
          <w:b/>
          <w:sz w:val="28"/>
          <w:szCs w:val="28"/>
          <w:lang w:val="fr-FR"/>
        </w:rPr>
      </w:pPr>
      <w:r w:rsidRPr="00AA7BF6">
        <w:rPr>
          <w:rFonts w:ascii="Calibri" w:hAnsi="Calibri" w:cs="Calibri"/>
          <w:b/>
          <w:sz w:val="28"/>
          <w:szCs w:val="28"/>
          <w:lang w:val="fr-FR"/>
        </w:rPr>
        <w:lastRenderedPageBreak/>
        <w:t>2. Présentation du projet de valorisation</w:t>
      </w:r>
    </w:p>
    <w:p w:rsidR="00543FF4" w:rsidRPr="004E2AF4" w:rsidRDefault="00747638" w:rsidP="004E2AF4">
      <w:pPr>
        <w:pStyle w:val="Paragraphedeliste"/>
        <w:numPr>
          <w:ilvl w:val="0"/>
          <w:numId w:val="13"/>
        </w:numPr>
        <w:rPr>
          <w:rFonts w:ascii="Calibri" w:hAnsi="Calibri" w:cs="Calibri"/>
          <w:b/>
          <w:sz w:val="24"/>
          <w:szCs w:val="24"/>
          <w:lang w:val="fr-FR"/>
        </w:rPr>
      </w:pPr>
      <w:r w:rsidRPr="004E2AF4">
        <w:rPr>
          <w:rFonts w:ascii="Calibri" w:hAnsi="Calibri" w:cs="Calibri"/>
          <w:b/>
          <w:sz w:val="24"/>
          <w:szCs w:val="24"/>
          <w:lang w:val="fr-FR"/>
        </w:rPr>
        <w:t>Concept global et objectifs</w:t>
      </w:r>
      <w:r w:rsidR="00070F64" w:rsidRPr="004E2AF4">
        <w:rPr>
          <w:rFonts w:ascii="Calibri" w:hAnsi="Calibri" w:cs="Calibri"/>
          <w:b/>
          <w:sz w:val="24"/>
          <w:szCs w:val="24"/>
          <w:lang w:val="fr-FR"/>
        </w:rPr>
        <w:t> :</w:t>
      </w: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Pr="00543FF4" w:rsidRDefault="00070F64" w:rsidP="00543FF4">
      <w:pPr>
        <w:ind w:left="567"/>
        <w:rPr>
          <w:rFonts w:ascii="Calibri" w:hAnsi="Calibri" w:cs="Calibri"/>
          <w:lang w:val="fr-FR"/>
        </w:rPr>
      </w:pPr>
    </w:p>
    <w:p w:rsidR="00543FF4" w:rsidRPr="004E2AF4" w:rsidRDefault="00070F64" w:rsidP="004E2AF4">
      <w:pPr>
        <w:pStyle w:val="Paragraphedeliste"/>
        <w:numPr>
          <w:ilvl w:val="0"/>
          <w:numId w:val="13"/>
        </w:numPr>
        <w:rPr>
          <w:rFonts w:ascii="Calibri" w:hAnsi="Calibri" w:cs="Calibri"/>
          <w:b/>
          <w:sz w:val="24"/>
          <w:szCs w:val="24"/>
          <w:lang w:val="fr-FR"/>
        </w:rPr>
      </w:pPr>
      <w:r w:rsidRPr="004E2AF4">
        <w:rPr>
          <w:rFonts w:ascii="Calibri" w:hAnsi="Calibri" w:cs="Calibri"/>
          <w:b/>
          <w:sz w:val="24"/>
          <w:szCs w:val="24"/>
          <w:lang w:val="fr-FR"/>
        </w:rPr>
        <w:t>Publics cibles et m</w:t>
      </w:r>
      <w:r w:rsidR="00747638" w:rsidRPr="004E2AF4">
        <w:rPr>
          <w:rFonts w:ascii="Calibri" w:hAnsi="Calibri" w:cs="Calibri"/>
          <w:b/>
          <w:sz w:val="24"/>
          <w:szCs w:val="24"/>
          <w:lang w:val="fr-FR"/>
        </w:rPr>
        <w:t>odalités d’accueil des visiteurs</w:t>
      </w:r>
      <w:r w:rsidRPr="004E2AF4">
        <w:rPr>
          <w:rFonts w:ascii="Calibri" w:hAnsi="Calibri" w:cs="Calibri"/>
          <w:b/>
          <w:sz w:val="24"/>
          <w:szCs w:val="24"/>
          <w:lang w:val="fr-FR"/>
        </w:rPr>
        <w:t xml:space="preserve"> : (touristes, scolaires, experts, grand public, entreprises /séminaires </w:t>
      </w:r>
      <w:proofErr w:type="spellStart"/>
      <w:proofErr w:type="gramStart"/>
      <w:r w:rsidRPr="004E2AF4">
        <w:rPr>
          <w:rFonts w:ascii="Calibri" w:hAnsi="Calibri" w:cs="Calibri"/>
          <w:b/>
          <w:sz w:val="24"/>
          <w:szCs w:val="24"/>
          <w:lang w:val="fr-FR"/>
        </w:rPr>
        <w:t>etc</w:t>
      </w:r>
      <w:proofErr w:type="spellEnd"/>
      <w:r w:rsidRPr="004E2AF4">
        <w:rPr>
          <w:rFonts w:ascii="Calibri" w:hAnsi="Calibri" w:cs="Calibri"/>
          <w:b/>
          <w:sz w:val="24"/>
          <w:szCs w:val="24"/>
          <w:lang w:val="fr-FR"/>
        </w:rPr>
        <w:t> .</w:t>
      </w:r>
      <w:proofErr w:type="gramEnd"/>
      <w:r w:rsidRPr="004E2AF4">
        <w:rPr>
          <w:rFonts w:ascii="Calibri" w:hAnsi="Calibri" w:cs="Calibri"/>
          <w:b/>
          <w:sz w:val="24"/>
          <w:szCs w:val="24"/>
          <w:lang w:val="fr-FR"/>
        </w:rPr>
        <w:t xml:space="preserve">) </w:t>
      </w: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Pr="004E2AF4" w:rsidRDefault="00747638" w:rsidP="004E2AF4">
      <w:pPr>
        <w:pStyle w:val="Paragraphedeliste"/>
        <w:numPr>
          <w:ilvl w:val="0"/>
          <w:numId w:val="13"/>
        </w:numPr>
        <w:rPr>
          <w:rFonts w:ascii="Calibri" w:hAnsi="Calibri" w:cs="Calibri"/>
          <w:b/>
          <w:sz w:val="24"/>
          <w:szCs w:val="24"/>
          <w:lang w:val="fr-FR"/>
        </w:rPr>
      </w:pPr>
      <w:r w:rsidRPr="004E2AF4">
        <w:rPr>
          <w:rFonts w:ascii="Calibri" w:hAnsi="Calibri" w:cs="Calibri"/>
          <w:b/>
          <w:sz w:val="24"/>
          <w:szCs w:val="24"/>
          <w:lang w:val="fr-FR"/>
        </w:rPr>
        <w:lastRenderedPageBreak/>
        <w:t>Programme d’animations prévues :</w:t>
      </w:r>
    </w:p>
    <w:p w:rsidR="00070F64" w:rsidRDefault="00070F64">
      <w:pPr>
        <w:rPr>
          <w:rFonts w:ascii="Calibri" w:hAnsi="Calibri" w:cs="Calibri"/>
          <w:lang w:val="fr-FR"/>
        </w:rPr>
      </w:pPr>
      <w:r>
        <w:rPr>
          <w:rFonts w:ascii="Calibri" w:hAnsi="Calibri" w:cs="Calibri"/>
          <w:lang w:val="fr-FR"/>
        </w:rPr>
        <w:br w:type="page"/>
      </w:r>
    </w:p>
    <w:p w:rsidR="00543FF4" w:rsidRPr="004E2AF4" w:rsidRDefault="00070F64" w:rsidP="004E2AF4">
      <w:pPr>
        <w:pStyle w:val="Paragraphedeliste"/>
        <w:numPr>
          <w:ilvl w:val="0"/>
          <w:numId w:val="13"/>
        </w:numPr>
        <w:rPr>
          <w:rFonts w:ascii="Calibri" w:hAnsi="Calibri" w:cs="Calibri"/>
          <w:b/>
          <w:sz w:val="24"/>
          <w:szCs w:val="24"/>
          <w:lang w:val="fr-FR"/>
        </w:rPr>
      </w:pPr>
      <w:r w:rsidRPr="004E2AF4">
        <w:rPr>
          <w:rFonts w:ascii="Calibri" w:hAnsi="Calibri" w:cs="Calibri"/>
          <w:b/>
          <w:sz w:val="24"/>
          <w:szCs w:val="24"/>
          <w:lang w:val="fr-FR"/>
        </w:rPr>
        <w:lastRenderedPageBreak/>
        <w:t>Stratégie et actions</w:t>
      </w:r>
      <w:r w:rsidR="00747638" w:rsidRPr="004E2AF4">
        <w:rPr>
          <w:rFonts w:ascii="Calibri" w:hAnsi="Calibri" w:cs="Calibri"/>
          <w:b/>
          <w:sz w:val="24"/>
          <w:szCs w:val="24"/>
          <w:lang w:val="fr-FR"/>
        </w:rPr>
        <w:t xml:space="preserve"> de communication envisagées :</w:t>
      </w: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070F64" w:rsidRDefault="00070F64"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AA7BF6" w:rsidRDefault="00AA7BF6" w:rsidP="00543FF4">
      <w:pPr>
        <w:ind w:left="567"/>
        <w:rPr>
          <w:rFonts w:ascii="Calibri" w:hAnsi="Calibri" w:cs="Calibri"/>
          <w:lang w:val="fr-FR"/>
        </w:rPr>
      </w:pPr>
    </w:p>
    <w:p w:rsidR="00543FF4" w:rsidRPr="004E2AF4" w:rsidRDefault="00747638" w:rsidP="004E2AF4">
      <w:pPr>
        <w:pStyle w:val="Paragraphedeliste"/>
        <w:numPr>
          <w:ilvl w:val="0"/>
          <w:numId w:val="13"/>
        </w:numPr>
        <w:rPr>
          <w:rFonts w:ascii="Calibri" w:hAnsi="Calibri" w:cs="Calibri"/>
          <w:b/>
          <w:sz w:val="24"/>
          <w:szCs w:val="24"/>
          <w:lang w:val="fr-FR"/>
        </w:rPr>
      </w:pPr>
      <w:r w:rsidRPr="004E2AF4">
        <w:rPr>
          <w:rFonts w:ascii="Calibri" w:hAnsi="Calibri" w:cs="Calibri"/>
          <w:b/>
          <w:sz w:val="24"/>
          <w:szCs w:val="24"/>
          <w:lang w:val="fr-FR"/>
        </w:rPr>
        <w:lastRenderedPageBreak/>
        <w:t>Offre complémentaire</w:t>
      </w:r>
      <w:r w:rsidR="00070F64" w:rsidRPr="004E2AF4">
        <w:rPr>
          <w:rFonts w:ascii="Calibri" w:hAnsi="Calibri" w:cs="Calibri"/>
          <w:b/>
          <w:sz w:val="24"/>
          <w:szCs w:val="24"/>
          <w:lang w:val="fr-FR"/>
        </w:rPr>
        <w:t xml:space="preserve"> (restauration, bar, </w:t>
      </w:r>
      <w:r w:rsidR="00D03F77" w:rsidRPr="004E2AF4">
        <w:rPr>
          <w:rFonts w:ascii="Calibri" w:hAnsi="Calibri" w:cs="Calibri"/>
          <w:b/>
          <w:sz w:val="24"/>
          <w:szCs w:val="24"/>
          <w:lang w:val="fr-FR"/>
        </w:rPr>
        <w:t>boutique…)</w:t>
      </w:r>
    </w:p>
    <w:p w:rsidR="00D03F77" w:rsidRDefault="00D03F77">
      <w:pPr>
        <w:rPr>
          <w:rFonts w:ascii="Calibri" w:hAnsi="Calibri" w:cs="Calibri"/>
          <w:lang w:val="fr-FR"/>
        </w:rPr>
      </w:pPr>
      <w:r>
        <w:rPr>
          <w:rFonts w:ascii="Calibri" w:hAnsi="Calibri" w:cs="Calibri"/>
          <w:lang w:val="fr-FR"/>
        </w:rPr>
        <w:br w:type="page"/>
      </w:r>
    </w:p>
    <w:p w:rsidR="00D03F77" w:rsidRPr="004E2AF4" w:rsidRDefault="00747638" w:rsidP="004E2AF4">
      <w:pPr>
        <w:pStyle w:val="Paragraphedeliste"/>
        <w:numPr>
          <w:ilvl w:val="0"/>
          <w:numId w:val="13"/>
        </w:numPr>
        <w:rPr>
          <w:rFonts w:ascii="Calibri" w:hAnsi="Calibri" w:cs="Calibri"/>
          <w:b/>
          <w:sz w:val="24"/>
          <w:szCs w:val="24"/>
          <w:lang w:val="fr-FR"/>
        </w:rPr>
      </w:pPr>
      <w:r w:rsidRPr="004E2AF4">
        <w:rPr>
          <w:rFonts w:ascii="Calibri" w:hAnsi="Calibri" w:cs="Calibri"/>
          <w:b/>
          <w:sz w:val="24"/>
          <w:szCs w:val="24"/>
          <w:lang w:val="fr-FR"/>
        </w:rPr>
        <w:lastRenderedPageBreak/>
        <w:t>Plan de gestion et d’entretien :</w:t>
      </w: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AA7BF6" w:rsidRDefault="00AA7BF6">
      <w:pPr>
        <w:rPr>
          <w:rFonts w:ascii="Calibri" w:hAnsi="Calibri" w:cs="Calibri"/>
          <w:lang w:val="fr-FR"/>
        </w:rPr>
      </w:pPr>
      <w:r>
        <w:rPr>
          <w:rFonts w:ascii="Calibri" w:hAnsi="Calibri" w:cs="Calibri"/>
          <w:lang w:val="fr-FR"/>
        </w:rPr>
        <w:br w:type="page"/>
      </w:r>
    </w:p>
    <w:p w:rsidR="00D03F77" w:rsidRPr="004E2AF4" w:rsidRDefault="00D03F77" w:rsidP="004E2AF4">
      <w:pPr>
        <w:pStyle w:val="Paragraphedeliste"/>
        <w:numPr>
          <w:ilvl w:val="0"/>
          <w:numId w:val="13"/>
        </w:numPr>
        <w:rPr>
          <w:rFonts w:ascii="Calibri" w:hAnsi="Calibri" w:cs="Calibri"/>
          <w:b/>
          <w:sz w:val="24"/>
          <w:szCs w:val="24"/>
          <w:lang w:val="fr-FR"/>
        </w:rPr>
      </w:pPr>
      <w:r w:rsidRPr="004E2AF4">
        <w:rPr>
          <w:rFonts w:ascii="Calibri" w:hAnsi="Calibri" w:cs="Calibri"/>
          <w:b/>
          <w:sz w:val="24"/>
          <w:szCs w:val="24"/>
          <w:lang w:val="fr-FR"/>
        </w:rPr>
        <w:lastRenderedPageBreak/>
        <w:t>Proposition de travaux d’aménagement en lien avec la mise en valeur du patrimoine et l’amélioration de l’expérience visiteurs</w:t>
      </w:r>
    </w:p>
    <w:p w:rsidR="00D03F77" w:rsidRDefault="00D03F77">
      <w:pPr>
        <w:rPr>
          <w:rFonts w:ascii="Calibri" w:hAnsi="Calibri" w:cs="Calibri"/>
          <w:lang w:val="fr-FR"/>
        </w:rPr>
      </w:pPr>
      <w:r>
        <w:rPr>
          <w:rFonts w:ascii="Calibri" w:hAnsi="Calibri" w:cs="Calibri"/>
          <w:lang w:val="fr-FR"/>
        </w:rPr>
        <w:br w:type="page"/>
      </w:r>
    </w:p>
    <w:p w:rsidR="00E72923" w:rsidRPr="00AA7BF6" w:rsidRDefault="00747638">
      <w:pPr>
        <w:rPr>
          <w:rFonts w:ascii="Calibri" w:hAnsi="Calibri" w:cs="Calibri"/>
          <w:b/>
          <w:sz w:val="28"/>
          <w:szCs w:val="28"/>
          <w:lang w:val="fr-FR"/>
        </w:rPr>
      </w:pPr>
      <w:r w:rsidRPr="00AA7BF6">
        <w:rPr>
          <w:rFonts w:ascii="Calibri" w:hAnsi="Calibri" w:cs="Calibri"/>
          <w:b/>
          <w:sz w:val="28"/>
          <w:szCs w:val="28"/>
          <w:lang w:val="fr-FR"/>
        </w:rPr>
        <w:lastRenderedPageBreak/>
        <w:t>3. Moyens humains et organisation</w:t>
      </w:r>
    </w:p>
    <w:p w:rsidR="00543FF4" w:rsidRPr="004E2AF4" w:rsidRDefault="00747638" w:rsidP="004E2AF4">
      <w:pPr>
        <w:pStyle w:val="Paragraphedeliste"/>
        <w:numPr>
          <w:ilvl w:val="0"/>
          <w:numId w:val="12"/>
        </w:numPr>
        <w:rPr>
          <w:rFonts w:ascii="Calibri" w:hAnsi="Calibri" w:cs="Calibri"/>
          <w:lang w:val="fr-FR"/>
        </w:rPr>
      </w:pPr>
      <w:r w:rsidRPr="004E2AF4">
        <w:rPr>
          <w:rFonts w:ascii="Calibri" w:hAnsi="Calibri" w:cs="Calibri"/>
          <w:b/>
          <w:sz w:val="24"/>
          <w:szCs w:val="24"/>
          <w:lang w:val="fr-FR"/>
        </w:rPr>
        <w:t>Équipe dédiée</w:t>
      </w:r>
      <w:r w:rsidRPr="004E2AF4">
        <w:rPr>
          <w:rFonts w:ascii="Calibri" w:hAnsi="Calibri" w:cs="Calibri"/>
          <w:lang w:val="fr-FR"/>
        </w:rPr>
        <w:t xml:space="preserve"> :</w:t>
      </w: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4E2AF4" w:rsidRDefault="004E2AF4" w:rsidP="00543FF4">
      <w:pPr>
        <w:ind w:left="567"/>
        <w:rPr>
          <w:rFonts w:ascii="Calibri" w:hAnsi="Calibri" w:cs="Calibri"/>
          <w:b/>
          <w:sz w:val="24"/>
          <w:szCs w:val="24"/>
          <w:lang w:val="fr-FR"/>
        </w:rPr>
      </w:pPr>
    </w:p>
    <w:p w:rsidR="004E2AF4" w:rsidRDefault="004E2AF4" w:rsidP="00543FF4">
      <w:pPr>
        <w:ind w:left="567"/>
        <w:rPr>
          <w:rFonts w:ascii="Calibri" w:hAnsi="Calibri" w:cs="Calibri"/>
          <w:b/>
          <w:sz w:val="24"/>
          <w:szCs w:val="24"/>
          <w:lang w:val="fr-FR"/>
        </w:rPr>
      </w:pPr>
    </w:p>
    <w:p w:rsidR="004E2AF4" w:rsidRDefault="004E2AF4" w:rsidP="00543FF4">
      <w:pPr>
        <w:ind w:left="567"/>
        <w:rPr>
          <w:rFonts w:ascii="Calibri" w:hAnsi="Calibri" w:cs="Calibri"/>
          <w:b/>
          <w:sz w:val="24"/>
          <w:szCs w:val="24"/>
          <w:lang w:val="fr-FR"/>
        </w:rPr>
      </w:pPr>
    </w:p>
    <w:p w:rsidR="004E2AF4" w:rsidRDefault="004E2AF4" w:rsidP="00543FF4">
      <w:pPr>
        <w:ind w:left="567"/>
        <w:rPr>
          <w:rFonts w:ascii="Calibri" w:hAnsi="Calibri" w:cs="Calibri"/>
          <w:b/>
          <w:sz w:val="24"/>
          <w:szCs w:val="24"/>
          <w:lang w:val="fr-FR"/>
        </w:rPr>
      </w:pPr>
    </w:p>
    <w:p w:rsidR="004E2AF4" w:rsidRDefault="004E2AF4" w:rsidP="00543FF4">
      <w:pPr>
        <w:ind w:left="567"/>
        <w:rPr>
          <w:rFonts w:ascii="Calibri" w:hAnsi="Calibri" w:cs="Calibri"/>
          <w:b/>
          <w:sz w:val="24"/>
          <w:szCs w:val="24"/>
          <w:lang w:val="fr-FR"/>
        </w:rPr>
      </w:pPr>
    </w:p>
    <w:p w:rsidR="00E72923" w:rsidRPr="004E2AF4" w:rsidRDefault="00747638" w:rsidP="004E2AF4">
      <w:pPr>
        <w:pStyle w:val="Paragraphedeliste"/>
        <w:numPr>
          <w:ilvl w:val="0"/>
          <w:numId w:val="12"/>
        </w:numPr>
        <w:rPr>
          <w:rFonts w:ascii="Calibri" w:hAnsi="Calibri" w:cs="Calibri"/>
          <w:b/>
          <w:sz w:val="24"/>
          <w:szCs w:val="24"/>
          <w:lang w:val="fr-FR"/>
        </w:rPr>
      </w:pPr>
      <w:r w:rsidRPr="004E2AF4">
        <w:rPr>
          <w:rFonts w:ascii="Calibri" w:hAnsi="Calibri" w:cs="Calibri"/>
          <w:b/>
          <w:sz w:val="24"/>
          <w:szCs w:val="24"/>
          <w:lang w:val="fr-FR"/>
        </w:rPr>
        <w:t>Organisation du fonctionnement :</w:t>
      </w: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Default="00D03F77" w:rsidP="00543FF4">
      <w:pPr>
        <w:ind w:left="567"/>
        <w:rPr>
          <w:rFonts w:ascii="Calibri" w:hAnsi="Calibri" w:cs="Calibri"/>
          <w:lang w:val="fr-FR"/>
        </w:rPr>
      </w:pPr>
    </w:p>
    <w:p w:rsidR="00D03F77" w:rsidRPr="00543FF4" w:rsidRDefault="00D03F77" w:rsidP="00543FF4">
      <w:pPr>
        <w:ind w:left="567"/>
        <w:rPr>
          <w:rFonts w:ascii="Calibri" w:hAnsi="Calibri" w:cs="Calibri"/>
          <w:lang w:val="fr-FR"/>
        </w:rPr>
      </w:pPr>
    </w:p>
    <w:p w:rsidR="00D03F77" w:rsidRDefault="00D03F77">
      <w:pPr>
        <w:rPr>
          <w:rFonts w:ascii="Calibri" w:hAnsi="Calibri" w:cs="Calibri"/>
          <w:lang w:val="fr-FR"/>
        </w:rPr>
      </w:pPr>
      <w:r>
        <w:rPr>
          <w:rFonts w:ascii="Calibri" w:hAnsi="Calibri" w:cs="Calibri"/>
          <w:lang w:val="fr-FR"/>
        </w:rPr>
        <w:br w:type="page"/>
      </w:r>
    </w:p>
    <w:p w:rsidR="00543FF4" w:rsidRPr="00AA7BF6" w:rsidRDefault="00747638">
      <w:pPr>
        <w:rPr>
          <w:rFonts w:ascii="Calibri" w:hAnsi="Calibri" w:cs="Calibri"/>
          <w:b/>
          <w:sz w:val="28"/>
          <w:szCs w:val="28"/>
          <w:lang w:val="fr-FR"/>
        </w:rPr>
      </w:pPr>
      <w:r w:rsidRPr="00AA7BF6">
        <w:rPr>
          <w:rFonts w:ascii="Calibri" w:hAnsi="Calibri" w:cs="Calibri"/>
          <w:b/>
          <w:sz w:val="28"/>
          <w:szCs w:val="28"/>
          <w:lang w:val="fr-FR"/>
        </w:rPr>
        <w:lastRenderedPageBreak/>
        <w:t xml:space="preserve">4. Statuts de la structure porteuse </w:t>
      </w:r>
      <w:r w:rsidR="00AA7BF6">
        <w:rPr>
          <w:rFonts w:ascii="Calibri" w:hAnsi="Calibri" w:cs="Calibri"/>
          <w:b/>
          <w:sz w:val="28"/>
          <w:szCs w:val="28"/>
          <w:lang w:val="fr-FR"/>
        </w:rPr>
        <w:t>et courrier de candidature</w:t>
      </w:r>
    </w:p>
    <w:p w:rsidR="00E72923" w:rsidRPr="00543FF4" w:rsidRDefault="00543FF4">
      <w:pPr>
        <w:rPr>
          <w:rFonts w:ascii="Calibri" w:hAnsi="Calibri" w:cs="Calibri"/>
          <w:lang w:val="fr-FR"/>
        </w:rPr>
      </w:pPr>
      <w:r w:rsidRPr="00543FF4">
        <w:rPr>
          <w:rFonts w:ascii="Calibri" w:hAnsi="Calibri" w:cs="Calibri"/>
          <w:lang w:val="fr-FR"/>
        </w:rPr>
        <w:t xml:space="preserve">         </w:t>
      </w:r>
      <w:r w:rsidR="00747638" w:rsidRPr="00543FF4">
        <w:rPr>
          <w:rFonts w:ascii="Calibri" w:hAnsi="Calibri" w:cs="Calibri"/>
          <w:lang w:val="fr-FR"/>
        </w:rPr>
        <w:t>(à joindre en annexe)</w:t>
      </w:r>
    </w:p>
    <w:p w:rsidR="00543FF4" w:rsidRDefault="00543FF4">
      <w:pPr>
        <w:rPr>
          <w:rFonts w:ascii="Calibri" w:hAnsi="Calibri" w:cs="Calibri"/>
        </w:rPr>
      </w:pPr>
    </w:p>
    <w:p w:rsidR="004E2AF4" w:rsidRDefault="004E2AF4">
      <w:pPr>
        <w:rPr>
          <w:rFonts w:ascii="Calibri" w:hAnsi="Calibri" w:cs="Calibri"/>
        </w:rPr>
      </w:pPr>
    </w:p>
    <w:p w:rsidR="004E2AF4" w:rsidRDefault="004E2AF4">
      <w:pPr>
        <w:rPr>
          <w:rFonts w:ascii="Calibri" w:hAnsi="Calibri" w:cs="Calibri"/>
        </w:rPr>
      </w:pPr>
    </w:p>
    <w:p w:rsidR="004E2AF4" w:rsidRPr="00543FF4" w:rsidRDefault="004E2AF4">
      <w:pPr>
        <w:rPr>
          <w:rFonts w:ascii="Calibri" w:hAnsi="Calibri" w:cs="Calibri"/>
        </w:rPr>
      </w:pPr>
    </w:p>
    <w:p w:rsidR="00E72923" w:rsidRPr="00AA7BF6" w:rsidRDefault="00747638">
      <w:pPr>
        <w:rPr>
          <w:rFonts w:ascii="Calibri" w:hAnsi="Calibri" w:cs="Calibri"/>
          <w:b/>
          <w:sz w:val="28"/>
          <w:szCs w:val="28"/>
          <w:lang w:val="fr-FR"/>
        </w:rPr>
      </w:pPr>
      <w:r w:rsidRPr="00AA7BF6">
        <w:rPr>
          <w:rFonts w:ascii="Calibri" w:hAnsi="Calibri" w:cs="Calibri"/>
          <w:b/>
          <w:sz w:val="28"/>
          <w:szCs w:val="28"/>
          <w:lang w:val="fr-FR"/>
        </w:rPr>
        <w:t>5. Engagement du candidat</w:t>
      </w:r>
    </w:p>
    <w:p w:rsidR="00543FF4" w:rsidRPr="00AA7BF6" w:rsidRDefault="00747638" w:rsidP="00AA7BF6">
      <w:pPr>
        <w:jc w:val="both"/>
        <w:rPr>
          <w:rFonts w:ascii="Calibri" w:hAnsi="Calibri" w:cs="Calibri"/>
          <w:sz w:val="24"/>
          <w:szCs w:val="24"/>
          <w:lang w:val="fr-FR"/>
        </w:rPr>
      </w:pPr>
      <w:r w:rsidRPr="00AA7BF6">
        <w:rPr>
          <w:rFonts w:ascii="Calibri" w:hAnsi="Calibri" w:cs="Calibri"/>
          <w:sz w:val="24"/>
          <w:szCs w:val="24"/>
          <w:lang w:val="fr-FR"/>
        </w:rPr>
        <w:t>Je soussigné(e) ………………….., représentant légal de ………………….., atteste sur l’honneur l’exactitude des informations fournies et présente la candidature à l’AMI lancé par la Communauté d’Agglomération du Niortais pour le Château du Coudray-</w:t>
      </w:r>
      <w:proofErr w:type="spellStart"/>
      <w:r w:rsidRPr="00AA7BF6">
        <w:rPr>
          <w:rFonts w:ascii="Calibri" w:hAnsi="Calibri" w:cs="Calibri"/>
          <w:sz w:val="24"/>
          <w:szCs w:val="24"/>
          <w:lang w:val="fr-FR"/>
        </w:rPr>
        <w:t>Salbart</w:t>
      </w:r>
      <w:proofErr w:type="spellEnd"/>
      <w:r w:rsidRPr="00AA7BF6">
        <w:rPr>
          <w:rFonts w:ascii="Calibri" w:hAnsi="Calibri" w:cs="Calibri"/>
          <w:sz w:val="24"/>
          <w:szCs w:val="24"/>
          <w:lang w:val="fr-FR"/>
        </w:rPr>
        <w:t>.</w:t>
      </w:r>
    </w:p>
    <w:p w:rsidR="00543FF4" w:rsidRPr="00AA7BF6" w:rsidRDefault="00543FF4" w:rsidP="00AA7BF6">
      <w:pPr>
        <w:jc w:val="both"/>
        <w:rPr>
          <w:rFonts w:ascii="Calibri" w:hAnsi="Calibri" w:cs="Calibri"/>
          <w:sz w:val="24"/>
          <w:szCs w:val="24"/>
          <w:lang w:val="fr-FR"/>
        </w:rPr>
      </w:pPr>
    </w:p>
    <w:p w:rsidR="00E72923" w:rsidRPr="00AA7BF6" w:rsidRDefault="00747638" w:rsidP="00AA7BF6">
      <w:pPr>
        <w:jc w:val="both"/>
        <w:rPr>
          <w:rFonts w:ascii="Calibri" w:hAnsi="Calibri" w:cs="Calibri"/>
          <w:b/>
          <w:sz w:val="24"/>
          <w:szCs w:val="24"/>
          <w:lang w:val="fr-FR"/>
        </w:rPr>
      </w:pPr>
      <w:r w:rsidRPr="00AA7BF6">
        <w:rPr>
          <w:rFonts w:ascii="Calibri" w:hAnsi="Calibri" w:cs="Calibri"/>
          <w:b/>
          <w:sz w:val="24"/>
          <w:szCs w:val="24"/>
          <w:lang w:val="fr-FR"/>
        </w:rPr>
        <w:t>Date, signature, cachet</w:t>
      </w:r>
    </w:p>
    <w:p w:rsidR="00543FF4" w:rsidRPr="00AA7BF6" w:rsidRDefault="00543FF4" w:rsidP="00AA7BF6">
      <w:pPr>
        <w:jc w:val="both"/>
        <w:rPr>
          <w:rFonts w:ascii="Calibri" w:hAnsi="Calibri" w:cs="Calibri"/>
          <w:sz w:val="24"/>
          <w:szCs w:val="24"/>
          <w:lang w:val="fr-FR"/>
        </w:rPr>
      </w:pPr>
    </w:p>
    <w:p w:rsidR="00543FF4" w:rsidRPr="00543FF4" w:rsidRDefault="00543FF4">
      <w:pPr>
        <w:rPr>
          <w:rFonts w:ascii="Calibri" w:hAnsi="Calibri" w:cs="Calibri"/>
          <w:lang w:val="fr-FR"/>
        </w:rPr>
      </w:pPr>
    </w:p>
    <w:p w:rsidR="00543FF4" w:rsidRPr="00543FF4" w:rsidRDefault="00543FF4">
      <w:pPr>
        <w:rPr>
          <w:rFonts w:ascii="Calibri" w:hAnsi="Calibri" w:cs="Calibri"/>
          <w:lang w:val="fr-FR"/>
        </w:rPr>
      </w:pPr>
    </w:p>
    <w:p w:rsidR="00543FF4" w:rsidRPr="00543FF4" w:rsidRDefault="00543FF4">
      <w:pPr>
        <w:rPr>
          <w:rFonts w:ascii="Calibri" w:hAnsi="Calibri" w:cs="Calibri"/>
          <w:lang w:val="fr-FR"/>
        </w:rPr>
      </w:pPr>
    </w:p>
    <w:p w:rsidR="00543FF4" w:rsidRDefault="00543FF4">
      <w:pPr>
        <w:rPr>
          <w:rFonts w:ascii="Calibri" w:hAnsi="Calibri" w:cs="Calibri"/>
          <w:lang w:val="fr-FR"/>
        </w:rPr>
      </w:pPr>
    </w:p>
    <w:p w:rsidR="004E2AF4" w:rsidRDefault="004E2AF4">
      <w:pPr>
        <w:rPr>
          <w:rFonts w:ascii="Calibri" w:hAnsi="Calibri" w:cs="Calibri"/>
          <w:lang w:val="fr-FR"/>
        </w:rPr>
      </w:pPr>
    </w:p>
    <w:p w:rsidR="004E2AF4" w:rsidRPr="00543FF4" w:rsidRDefault="004E2AF4">
      <w:pPr>
        <w:rPr>
          <w:rFonts w:ascii="Calibri" w:hAnsi="Calibri" w:cs="Calibri"/>
          <w:lang w:val="fr-FR"/>
        </w:rPr>
      </w:pPr>
    </w:p>
    <w:p w:rsidR="00543FF4" w:rsidRPr="00543FF4" w:rsidRDefault="00543FF4">
      <w:pPr>
        <w:rPr>
          <w:rFonts w:ascii="Calibri" w:hAnsi="Calibri" w:cs="Calibri"/>
          <w:lang w:val="fr-FR"/>
        </w:rPr>
      </w:pPr>
    </w:p>
    <w:p w:rsidR="00543FF4" w:rsidRPr="00543FF4" w:rsidRDefault="00543FF4" w:rsidP="00543FF4">
      <w:pPr>
        <w:jc w:val="center"/>
        <w:rPr>
          <w:rFonts w:ascii="Calibri" w:hAnsi="Calibri" w:cs="Calibri"/>
          <w:lang w:val="fr-FR"/>
        </w:rPr>
      </w:pPr>
      <w:r w:rsidRPr="00543FF4">
        <w:rPr>
          <w:rFonts w:ascii="Segoe UI Emoji" w:hAnsi="Segoe UI Emoji" w:cs="Segoe UI Emoji"/>
          <w:lang w:val="fr-FR"/>
        </w:rPr>
        <w:t>👉</w:t>
      </w:r>
      <w:r w:rsidRPr="00543FF4">
        <w:rPr>
          <w:rFonts w:ascii="Calibri" w:hAnsi="Calibri" w:cs="Calibri"/>
          <w:lang w:val="fr-FR"/>
        </w:rPr>
        <w:t xml:space="preserve"> </w:t>
      </w:r>
      <w:r w:rsidRPr="00543FF4">
        <w:rPr>
          <w:rStyle w:val="lev"/>
          <w:rFonts w:ascii="Calibri" w:hAnsi="Calibri" w:cs="Calibri"/>
          <w:lang w:val="fr-FR"/>
        </w:rPr>
        <w:t>Dépôt des dossiers avant le 31 octobre 2025</w:t>
      </w:r>
      <w:r w:rsidRPr="00543FF4">
        <w:rPr>
          <w:rFonts w:ascii="Calibri" w:hAnsi="Calibri" w:cs="Calibri"/>
          <w:lang w:val="fr-FR"/>
        </w:rPr>
        <w:t xml:space="preserve"> à l’adresse suivante :</w:t>
      </w:r>
    </w:p>
    <w:p w:rsidR="00543FF4" w:rsidRPr="00543FF4" w:rsidRDefault="00543FF4" w:rsidP="00543FF4">
      <w:pPr>
        <w:jc w:val="center"/>
        <w:rPr>
          <w:rFonts w:ascii="Calibri" w:hAnsi="Calibri" w:cs="Calibri"/>
          <w:lang w:val="fr-FR"/>
        </w:rPr>
      </w:pPr>
      <w:r w:rsidRPr="00543FF4">
        <w:rPr>
          <w:rFonts w:ascii="Calibri" w:hAnsi="Calibri" w:cs="Calibri"/>
          <w:lang w:val="fr-FR"/>
        </w:rPr>
        <w:t>Communauté d’Agglomération du Niortais – Direction de l’Attractivité</w:t>
      </w:r>
    </w:p>
    <w:p w:rsidR="00543FF4" w:rsidRPr="00543FF4" w:rsidRDefault="00543FF4" w:rsidP="00543FF4">
      <w:pPr>
        <w:jc w:val="center"/>
        <w:rPr>
          <w:rFonts w:ascii="Calibri" w:hAnsi="Calibri" w:cs="Calibri"/>
          <w:lang w:val="fr-FR"/>
        </w:rPr>
      </w:pPr>
      <w:r w:rsidRPr="00543FF4">
        <w:rPr>
          <w:rFonts w:ascii="Calibri" w:hAnsi="Calibri" w:cs="Calibri"/>
          <w:lang w:val="fr-FR"/>
        </w:rPr>
        <w:t>Madame Sylvie TOUZEAU</w:t>
      </w:r>
    </w:p>
    <w:p w:rsidR="00543FF4" w:rsidRDefault="00543FF4" w:rsidP="00543FF4">
      <w:pPr>
        <w:jc w:val="center"/>
        <w:rPr>
          <w:rFonts w:ascii="Calibri" w:hAnsi="Calibri" w:cs="Calibri"/>
          <w:lang w:val="fr-FR"/>
        </w:rPr>
      </w:pPr>
      <w:r w:rsidRPr="00543FF4">
        <w:rPr>
          <w:rFonts w:ascii="Calibri" w:hAnsi="Calibri" w:cs="Calibri"/>
          <w:lang w:val="fr-FR"/>
        </w:rPr>
        <w:t>140 rue des Écarts – CS 28770 – 79027 NIORT Cedex</w:t>
      </w:r>
    </w:p>
    <w:p w:rsidR="00AA7BF6" w:rsidRPr="00543FF4" w:rsidRDefault="00AA7BF6" w:rsidP="00543FF4">
      <w:pPr>
        <w:jc w:val="center"/>
        <w:rPr>
          <w:rFonts w:ascii="Calibri" w:hAnsi="Calibri" w:cs="Calibri"/>
          <w:lang w:val="fr-FR"/>
        </w:rPr>
      </w:pPr>
      <w:r w:rsidRPr="00AA7BF6">
        <w:rPr>
          <w:rFonts w:ascii="Calibri" w:hAnsi="Calibri" w:cs="Calibri"/>
          <w:b/>
          <w:lang w:val="fr-FR"/>
        </w:rPr>
        <w:t>Ou par Courriel</w:t>
      </w:r>
      <w:r>
        <w:rPr>
          <w:rFonts w:ascii="Calibri" w:hAnsi="Calibri" w:cs="Calibri"/>
          <w:lang w:val="fr-FR"/>
        </w:rPr>
        <w:t> : economie@agglo-niort.fr</w:t>
      </w:r>
    </w:p>
    <w:sectPr w:rsidR="00AA7BF6" w:rsidRPr="00543FF4" w:rsidSect="00070F64">
      <w:footerReference w:type="default" r:id="rId10"/>
      <w:pgSz w:w="12240" w:h="15840"/>
      <w:pgMar w:top="1440" w:right="1800" w:bottom="993"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354" w:rsidRDefault="00727354" w:rsidP="00AA7BF6">
      <w:pPr>
        <w:spacing w:after="0" w:line="240" w:lineRule="auto"/>
      </w:pPr>
      <w:r>
        <w:separator/>
      </w:r>
    </w:p>
  </w:endnote>
  <w:endnote w:type="continuationSeparator" w:id="0">
    <w:p w:rsidR="00727354" w:rsidRDefault="00727354" w:rsidP="00AA7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549755"/>
      <w:docPartObj>
        <w:docPartGallery w:val="Page Numbers (Bottom of Page)"/>
        <w:docPartUnique/>
      </w:docPartObj>
    </w:sdtPr>
    <w:sdtEndPr/>
    <w:sdtContent>
      <w:p w:rsidR="00AA7BF6" w:rsidRDefault="00AA7BF6">
        <w:pPr>
          <w:pStyle w:val="Pieddepage"/>
          <w:jc w:val="right"/>
        </w:pPr>
        <w:r>
          <w:fldChar w:fldCharType="begin"/>
        </w:r>
        <w:r>
          <w:instrText>PAGE   \* MERGEFORMAT</w:instrText>
        </w:r>
        <w:r>
          <w:fldChar w:fldCharType="separate"/>
        </w:r>
        <w:r>
          <w:rPr>
            <w:lang w:val="fr-FR"/>
          </w:rPr>
          <w:t>2</w:t>
        </w:r>
        <w:r>
          <w:fldChar w:fldCharType="end"/>
        </w:r>
      </w:p>
    </w:sdtContent>
  </w:sdt>
  <w:p w:rsidR="00AA7BF6" w:rsidRDefault="00AA7B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354" w:rsidRDefault="00727354" w:rsidP="00AA7BF6">
      <w:pPr>
        <w:spacing w:after="0" w:line="240" w:lineRule="auto"/>
      </w:pPr>
      <w:r>
        <w:separator/>
      </w:r>
    </w:p>
  </w:footnote>
  <w:footnote w:type="continuationSeparator" w:id="0">
    <w:p w:rsidR="00727354" w:rsidRDefault="00727354" w:rsidP="00AA7B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120B70B9"/>
    <w:multiLevelType w:val="hybridMultilevel"/>
    <w:tmpl w:val="C9485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5E3477"/>
    <w:multiLevelType w:val="hybridMultilevel"/>
    <w:tmpl w:val="EC840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1E2EA2"/>
    <w:multiLevelType w:val="hybridMultilevel"/>
    <w:tmpl w:val="13DAD2E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56716CD2"/>
    <w:multiLevelType w:val="hybridMultilevel"/>
    <w:tmpl w:val="03F05E0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15:restartNumberingAfterBreak="0">
    <w:nsid w:val="57621E9F"/>
    <w:multiLevelType w:val="hybridMultilevel"/>
    <w:tmpl w:val="514683C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3"/>
  </w:num>
  <w:num w:numId="12">
    <w:abstractNumId w:val="12"/>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F64"/>
    <w:rsid w:val="0015074B"/>
    <w:rsid w:val="0029639D"/>
    <w:rsid w:val="00326F90"/>
    <w:rsid w:val="004B5DED"/>
    <w:rsid w:val="004E2AF4"/>
    <w:rsid w:val="00543FF4"/>
    <w:rsid w:val="00727354"/>
    <w:rsid w:val="00747638"/>
    <w:rsid w:val="008E7DFE"/>
    <w:rsid w:val="00AA1D8D"/>
    <w:rsid w:val="00AA7BF6"/>
    <w:rsid w:val="00B47730"/>
    <w:rsid w:val="00BB2776"/>
    <w:rsid w:val="00CB0664"/>
    <w:rsid w:val="00D03F77"/>
    <w:rsid w:val="00E729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3917A3"/>
  <w14:defaultImageDpi w14:val="300"/>
  <w15:docId w15:val="{A728A6DC-7B5B-4A01-AA00-E01E3F93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C42BD-0194-45BA-96E8-E059C88DA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584</Words>
  <Characters>3218</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MOULENE Nicolas</cp:lastModifiedBy>
  <cp:revision>3</cp:revision>
  <dcterms:created xsi:type="dcterms:W3CDTF">2025-10-01T15:53:00Z</dcterms:created>
  <dcterms:modified xsi:type="dcterms:W3CDTF">2025-10-01T16:06:00Z</dcterms:modified>
  <cp:category/>
</cp:coreProperties>
</file>